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Manuscript Template</w:t>
      </w:r>
    </w:p>
    <w:p>
      <w:r>
        <w:t>International Journal of Management Education and Science (IJMES)</w:t>
      </w:r>
    </w:p>
    <w:p>
      <w:r>
        <w:t>Replace bracketed prompts with your research. Remove these instructions and sections that do not apply. This template recommends a review-ready structure; it does not represent acceptance or a published article.</w:t>
      </w:r>
    </w:p>
    <w:p>
      <w:pPr>
        <w:pStyle w:val="Heading1"/>
      </w:pPr>
      <w:r>
        <w:t>Manuscript information</w:t>
      </w:r>
    </w:p>
    <w:p>
      <w:r>
        <w:t>[Manuscript title]</w:t>
      </w:r>
    </w:p>
    <w:p>
      <w:r>
        <w:t>Article type: [Research article / Review article / Case study / Short communication]</w:t>
      </w:r>
    </w:p>
    <w:p>
      <w:r>
        <w:t>Authors: [Full names in agreed order]</w:t>
      </w:r>
    </w:p>
    <w:p>
      <w:r>
        <w:t>Affiliations: [Department, institution and country for each author]</w:t>
      </w:r>
    </w:p>
    <w:p>
      <w:r>
        <w:t>Corresponding author: [Name and email]</w:t>
      </w:r>
    </w:p>
    <w:p>
      <w:r>
        <w:t>ORCID: [Verified identifier for each author, where available]</w:t>
      </w:r>
    </w:p>
    <w:p>
      <w:pPr>
        <w:pStyle w:val="Heading1"/>
      </w:pPr>
      <w:r>
        <w:t>Abstract</w:t>
      </w:r>
    </w:p>
    <w:p>
      <w:r>
        <w:t>[Summarize the research purpose, approach, principal findings and contribution. Use an appropriate summary for reviews or conceptual work. Do not overstate conclusions.]</w:t>
      </w:r>
    </w:p>
    <w:p>
      <w:r>
        <w:t>Keywords: [Specific terms reflecting the study]</w:t>
      </w:r>
    </w:p>
    <w:p>
      <w:r>
        <w:br w:type="page"/>
      </w:r>
    </w:p>
    <w:p>
      <w:pPr>
        <w:pStyle w:val="Heading1"/>
      </w:pPr>
      <w:r>
        <w:t>Introduction</w:t>
      </w:r>
    </w:p>
    <w:p>
      <w:r>
        <w:t>[Explain the problem, context, knowledge gap, objectives and contribution. Define essential terms and cite relevant sources.]</w:t>
      </w:r>
    </w:p>
    <w:p>
      <w:pPr>
        <w:pStyle w:val="Heading1"/>
      </w:pPr>
      <w:r>
        <w:t>Literature review where appropriate</w:t>
      </w:r>
    </w:p>
    <w:p>
      <w:r>
        <w:t>[Critically synthesize prior work and explain how this study relates to it. Combine this with the introduction if appropriate.]</w:t>
      </w:r>
    </w:p>
    <w:p>
      <w:pPr>
        <w:pStyle w:val="Heading1"/>
      </w:pPr>
      <w:r>
        <w:t>Methodology or analytical approach</w:t>
      </w:r>
    </w:p>
    <w:p>
      <w:r>
        <w:t>[Describe design, data or literature sources, selection criteria, methods, analytical procedures and applicable approvals. For reviews, explain search and synthesis; for conceptual work, explain the argument and framework.]</w:t>
      </w:r>
    </w:p>
    <w:p>
      <w:pPr>
        <w:pStyle w:val="Heading1"/>
      </w:pPr>
      <w:r>
        <w:t>Results or findings</w:t>
      </w:r>
    </w:p>
    <w:p>
      <w:r>
        <w:t>[Report the evidence clearly. Place numbered tables and figures near their first discussion; supply captions, units and source acknowledgements.]</w:t>
      </w:r>
    </w:p>
    <w:p>
      <w:pPr>
        <w:pStyle w:val="Heading1"/>
      </w:pPr>
      <w:r>
        <w:t>Discussion</w:t>
      </w:r>
    </w:p>
    <w:p>
      <w:r>
        <w:t>[Interpret findings, compare them with prior work, evaluate alternative explanations, discuss limitations and explain implications.]</w:t>
      </w:r>
    </w:p>
    <w:p>
      <w:pPr>
        <w:pStyle w:val="Heading1"/>
      </w:pPr>
      <w:r>
        <w:t>Conclusion</w:t>
      </w:r>
    </w:p>
    <w:p>
      <w:r>
        <w:t>[State the contribution supported by the evidence and appropriate directions for future work.]</w:t>
      </w:r>
    </w:p>
    <w:p>
      <w:r>
        <w:br w:type="page"/>
      </w:r>
    </w:p>
    <w:p>
      <w:pPr>
        <w:pStyle w:val="Heading1"/>
      </w:pPr>
      <w:r>
        <w:t>Acknowledgements</w:t>
      </w:r>
    </w:p>
    <w:p>
      <w:r>
        <w:t>[Credit assistance that does not meet authorship criteria, with permission where appropriate.]</w:t>
      </w:r>
    </w:p>
    <w:p>
      <w:pPr>
        <w:pStyle w:val="Heading1"/>
      </w:pPr>
      <w:r>
        <w:t>Conflicts of interest</w:t>
      </w:r>
    </w:p>
    <w:p>
      <w:r>
        <w:t>[Disclose relevant competing interests, or accurately state that there are none.]</w:t>
      </w:r>
    </w:p>
    <w:p>
      <w:pPr>
        <w:pStyle w:val="Heading1"/>
      </w:pPr>
      <w:r>
        <w:t>Funding</w:t>
      </w:r>
    </w:p>
    <w:p>
      <w:r>
        <w:t>[Identify funders, genuine grant details and funder roles, or state that no funding supported the work.]</w:t>
      </w:r>
    </w:p>
    <w:p>
      <w:pPr>
        <w:pStyle w:val="Heading1"/>
      </w:pPr>
      <w:r>
        <w:t>Author contributions</w:t>
      </w:r>
    </w:p>
    <w:p>
      <w:r>
        <w:t>[Describe each author's contribution where applicable. All authors must approve submission and accept accountability.]</w:t>
      </w:r>
    </w:p>
    <w:p>
      <w:pPr>
        <w:pStyle w:val="Heading1"/>
      </w:pPr>
      <w:r>
        <w:t>Ethics and data availability</w:t>
      </w:r>
    </w:p>
    <w:p>
      <w:r>
        <w:t>[Report applicable approval and consent details. Explain data or code access, or justified restrictions. Do not invent approvals or identifiers.]</w:t>
      </w:r>
    </w:p>
    <w:p>
      <w:pPr>
        <w:pStyle w:val="Heading1"/>
      </w:pPr>
      <w:r>
        <w:t>References</w:t>
      </w:r>
    </w:p>
    <w:p>
      <w:r>
        <w:t>[Insert verified references using the recommended IJMES author-date house style. Match every in-text citation to a reference. Do not include these prompts or fictional examples in the submitted manuscript.]</w:t>
      </w:r>
    </w:p>
    <w:p>
      <w:r>
        <w:t>Preparation guidance and contact: https://ijsms-journal.adarshraghuwanshi757.chatgpt.site/author-resources</w:t>
      </w:r>
    </w:p>
    <w:p>
      <w:r>
        <w:t>No journal DOI, ISSN, received date, acceptance date or publication metadata should be invented by the author.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360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/>
    </w:pPr>
    <w:r>
      <w:rPr>
        <w:sz w:val="18"/>
      </w:rPr>
      <w:t xml:space="preserve">IJMES | Version 1.0 | September 2026                                    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0"/>
    </w:pPr>
    <w:r>
      <w:drawing>
        <wp:inline xmlns:a="http://schemas.openxmlformats.org/drawingml/2006/main" xmlns:pic="http://schemas.openxmlformats.org/drawingml/2006/picture">
          <wp:extent cx="612648" cy="6126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648" cy="612648"/>
                  </a:xfrm>
                  <a:prstGeom prst="rect"/>
                </pic:spPr>
              </pic:pic>
            </a:graphicData>
          </a:graphic>
        </wp:inline>
      </w:drawing>
    </w:r>
    <w:r>
      <w:rPr>
        <w:sz w:val="20"/>
      </w:rPr>
      <w:t xml:space="preserve">  IJMES | Manuscript preparation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4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IJMES Manuscript Template</dc:title>
  <dc:subject>Editable manuscript preparation template</dc:subject>
  <dc:creator>International Journal of Management Education and Science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